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A0" w:rsidRPr="006E1CD8" w:rsidRDefault="00504A6A">
      <w:pPr>
        <w:spacing w:after="80" w:line="240" w:lineRule="auto"/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6E1CD8">
        <w:rPr>
          <w:rFonts w:ascii="Times New Roman" w:hAnsi="Times New Roman" w:cs="Times New Roman"/>
          <w:b/>
          <w:sz w:val="22"/>
        </w:rPr>
        <w:t>MODELLO DI COMUNICAZIONE E MONITORAGGIO DELLE ASSENZE</w:t>
      </w:r>
    </w:p>
    <w:p w:rsidR="007D40A0" w:rsidRPr="006E1CD8" w:rsidRDefault="00504A6A">
      <w:pPr>
        <w:spacing w:after="80" w:line="240" w:lineRule="auto"/>
        <w:jc w:val="center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b/>
          <w:sz w:val="22"/>
        </w:rPr>
        <w:t>Scuola Primaria e Scuola Secondaria di I grado</w:t>
      </w:r>
    </w:p>
    <w:p w:rsidR="007D40A0" w:rsidRPr="006E1CD8" w:rsidRDefault="00504A6A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B75A88">
        <w:rPr>
          <w:rFonts w:ascii="Times New Roman" w:hAnsi="Times New Roman" w:cs="Times New Roman"/>
          <w:sz w:val="22"/>
        </w:rPr>
        <w:t>Allegato alla nota prot. n. __________________ del __________________</w:t>
      </w:r>
    </w:p>
    <w:p w:rsidR="007D40A0" w:rsidRPr="006E1CD8" w:rsidRDefault="00504A6A">
      <w:pPr>
        <w:spacing w:after="80" w:line="240" w:lineRule="auto"/>
        <w:jc w:val="right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>Ai Sigg. genitori/tutori/affidatari</w:t>
      </w:r>
      <w:r w:rsidRPr="006E1CD8">
        <w:rPr>
          <w:rFonts w:ascii="Times New Roman" w:hAnsi="Times New Roman" w:cs="Times New Roman"/>
          <w:sz w:val="22"/>
        </w:rPr>
        <w:br/>
        <w:t>dell’alunno/a __________________________________________</w:t>
      </w:r>
      <w:r w:rsidRPr="006E1CD8">
        <w:rPr>
          <w:rFonts w:ascii="Times New Roman" w:hAnsi="Times New Roman" w:cs="Times New Roman"/>
          <w:sz w:val="22"/>
        </w:rPr>
        <w:br/>
        <w:t>Classe ______  Sez. ______</w:t>
      </w:r>
      <w:r w:rsidRPr="006E1CD8">
        <w:rPr>
          <w:rFonts w:ascii="Times New Roman" w:hAnsi="Times New Roman" w:cs="Times New Roman"/>
          <w:sz w:val="22"/>
        </w:rPr>
        <w:br/>
      </w:r>
      <w:r w:rsidRPr="006E1CD8">
        <w:rPr>
          <w:rFonts w:ascii="Segoe UI Symbol" w:hAnsi="Segoe UI Symbol" w:cs="Segoe UI Symbol"/>
          <w:sz w:val="22"/>
        </w:rPr>
        <w:t>☐</w:t>
      </w:r>
      <w:r w:rsidRPr="006E1CD8">
        <w:rPr>
          <w:rFonts w:ascii="Times New Roman" w:hAnsi="Times New Roman" w:cs="Times New Roman"/>
          <w:sz w:val="22"/>
        </w:rPr>
        <w:t xml:space="preserve"> Scuola Primaria     </w:t>
      </w:r>
      <w:r w:rsidRPr="006E1CD8">
        <w:rPr>
          <w:rFonts w:ascii="Segoe UI Symbol" w:hAnsi="Segoe UI Symbol" w:cs="Segoe UI Symbol"/>
          <w:sz w:val="22"/>
        </w:rPr>
        <w:t>☐</w:t>
      </w:r>
      <w:r w:rsidRPr="006E1CD8">
        <w:rPr>
          <w:rFonts w:ascii="Times New Roman" w:hAnsi="Times New Roman" w:cs="Times New Roman"/>
          <w:sz w:val="22"/>
        </w:rPr>
        <w:t xml:space="preserve"> Scuola Secondaria di I grado</w:t>
      </w:r>
    </w:p>
    <w:p w:rsidR="006E1CD8" w:rsidRDefault="006E1CD8">
      <w:pPr>
        <w:spacing w:after="80" w:line="240" w:lineRule="auto"/>
        <w:rPr>
          <w:rFonts w:ascii="Times New Roman" w:hAnsi="Times New Roman" w:cs="Times New Roman"/>
          <w:b/>
          <w:sz w:val="22"/>
        </w:rPr>
      </w:pPr>
    </w:p>
    <w:p w:rsidR="007D40A0" w:rsidRPr="006E1CD8" w:rsidRDefault="00504A6A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b/>
          <w:sz w:val="22"/>
        </w:rPr>
        <w:t xml:space="preserve">OGGETTO: </w:t>
      </w:r>
      <w:proofErr w:type="spellStart"/>
      <w:r w:rsidRPr="006E1CD8">
        <w:rPr>
          <w:rFonts w:ascii="Times New Roman" w:hAnsi="Times New Roman" w:cs="Times New Roman"/>
          <w:b/>
          <w:sz w:val="22"/>
        </w:rPr>
        <w:t>Comunicazione</w:t>
      </w:r>
      <w:proofErr w:type="spellEnd"/>
      <w:r w:rsidRPr="006E1CD8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b/>
          <w:sz w:val="22"/>
        </w:rPr>
        <w:t>relativa</w:t>
      </w:r>
      <w:proofErr w:type="spellEnd"/>
      <w:r w:rsidRPr="006E1CD8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b/>
          <w:sz w:val="22"/>
        </w:rPr>
        <w:t>alla</w:t>
      </w:r>
      <w:proofErr w:type="spellEnd"/>
      <w:r w:rsidRPr="006E1CD8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b/>
          <w:sz w:val="22"/>
        </w:rPr>
        <w:t>frequenza</w:t>
      </w:r>
      <w:proofErr w:type="spellEnd"/>
      <w:r w:rsidRPr="006E1CD8">
        <w:rPr>
          <w:rFonts w:ascii="Times New Roman" w:hAnsi="Times New Roman" w:cs="Times New Roman"/>
          <w:b/>
          <w:sz w:val="22"/>
        </w:rPr>
        <w:t xml:space="preserve"> scolastica – periodo __________________</w:t>
      </w:r>
    </w:p>
    <w:p w:rsidR="00446995" w:rsidRPr="00446995" w:rsidRDefault="00446995" w:rsidP="00504A6A">
      <w:pPr>
        <w:spacing w:after="80" w:line="240" w:lineRule="auto"/>
        <w:jc w:val="both"/>
        <w:rPr>
          <w:rStyle w:val="Enfasigrassetto"/>
          <w:rFonts w:ascii="Times New Roman" w:hAnsi="Times New Roman" w:cs="Times New Roman"/>
        </w:rPr>
      </w:pPr>
      <w:r w:rsidRPr="00446995">
        <w:rPr>
          <w:rStyle w:val="Enfasigrassetto"/>
          <w:rFonts w:ascii="Times New Roman" w:hAnsi="Times New Roman" w:cs="Times New Roman"/>
          <w:b w:val="0"/>
        </w:rPr>
        <w:t xml:space="preserve">Si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comunica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alle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SS.LL.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che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l’alunno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/a __________,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iscritto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/a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nel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corrente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anno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scolastico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alla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classe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___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sez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. ___, ha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fatto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registrare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,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nel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  <w:b w:val="0"/>
        </w:rPr>
        <w:t>periodo</w:t>
      </w:r>
      <w:proofErr w:type="spellEnd"/>
      <w:r w:rsidRPr="00446995">
        <w:rPr>
          <w:rStyle w:val="Enfasigrassetto"/>
          <w:rFonts w:ascii="Times New Roman" w:hAnsi="Times New Roman" w:cs="Times New Roman"/>
          <w:b w:val="0"/>
        </w:rPr>
        <w:t xml:space="preserve"> __________,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il</w:t>
      </w:r>
      <w:proofErr w:type="spellEnd"/>
      <w:r w:rsidRPr="00446995">
        <w:rPr>
          <w:rStyle w:val="Enfasigrassetto"/>
          <w:rFonts w:ascii="Times New Roman" w:hAnsi="Times New Roman" w:cs="Times New Roman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seguente</w:t>
      </w:r>
      <w:proofErr w:type="spellEnd"/>
      <w:r w:rsidRPr="00446995">
        <w:rPr>
          <w:rStyle w:val="Enfasigrassetto"/>
          <w:rFonts w:ascii="Times New Roman" w:hAnsi="Times New Roman" w:cs="Times New Roman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numero</w:t>
      </w:r>
      <w:proofErr w:type="spellEnd"/>
      <w:r w:rsidRPr="00446995">
        <w:rPr>
          <w:rStyle w:val="Enfasigrassetto"/>
          <w:rFonts w:ascii="Times New Roman" w:hAnsi="Times New Roman" w:cs="Times New Roman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di</w:t>
      </w:r>
      <w:proofErr w:type="spellEnd"/>
      <w:r w:rsidRPr="00446995">
        <w:rPr>
          <w:rStyle w:val="Enfasigrassetto"/>
          <w:rFonts w:ascii="Times New Roman" w:hAnsi="Times New Roman" w:cs="Times New Roman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assenze</w:t>
      </w:r>
      <w:proofErr w:type="spellEnd"/>
      <w:r w:rsidRPr="00446995">
        <w:rPr>
          <w:rStyle w:val="Enfasigrassetto"/>
          <w:rFonts w:ascii="Times New Roman" w:hAnsi="Times New Roman" w:cs="Times New Roman"/>
        </w:rPr>
        <w:t>:</w:t>
      </w:r>
      <w:r w:rsidRPr="00446995">
        <w:rPr>
          <w:rFonts w:ascii="Times New Roman" w:hAnsi="Times New Roman" w:cs="Times New Roman"/>
        </w:rPr>
        <w:br/>
      </w:r>
      <w:r w:rsidRPr="00446995">
        <w:rPr>
          <w:rStyle w:val="Enfasigrassetto"/>
          <w:rFonts w:ascii="Times New Roman" w:hAnsi="Times New Roman" w:cs="Times New Roman"/>
        </w:rPr>
        <w:t xml:space="preserve">n. ___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giorni</w:t>
      </w:r>
      <w:proofErr w:type="spellEnd"/>
      <w:r w:rsidRPr="00446995">
        <w:rPr>
          <w:rStyle w:val="Enfasigrassetto"/>
          <w:rFonts w:ascii="Times New Roman" w:hAnsi="Times New Roman" w:cs="Times New Roman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di</w:t>
      </w:r>
      <w:proofErr w:type="spellEnd"/>
      <w:r w:rsidRPr="00446995">
        <w:rPr>
          <w:rStyle w:val="Enfasigrassetto"/>
          <w:rFonts w:ascii="Times New Roman" w:hAnsi="Times New Roman" w:cs="Times New Roman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assenza</w:t>
      </w:r>
      <w:proofErr w:type="spellEnd"/>
      <w:r w:rsidRPr="00446995">
        <w:rPr>
          <w:rStyle w:val="Enfasigrassetto"/>
          <w:rFonts w:ascii="Times New Roman" w:hAnsi="Times New Roman" w:cs="Times New Roman"/>
        </w:rPr>
        <w:t xml:space="preserve">,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corrispondenti</w:t>
      </w:r>
      <w:proofErr w:type="spellEnd"/>
      <w:r w:rsidRPr="00446995">
        <w:rPr>
          <w:rStyle w:val="Enfasigrassetto"/>
          <w:rFonts w:ascii="Times New Roman" w:hAnsi="Times New Roman" w:cs="Times New Roman"/>
        </w:rPr>
        <w:t xml:space="preserve"> a n. ___ ore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di</w:t>
      </w:r>
      <w:proofErr w:type="spellEnd"/>
      <w:r w:rsidRPr="00446995">
        <w:rPr>
          <w:rStyle w:val="Enfasigrassetto"/>
          <w:rFonts w:ascii="Times New Roman" w:hAnsi="Times New Roman" w:cs="Times New Roman"/>
        </w:rPr>
        <w:t xml:space="preserve"> </w:t>
      </w:r>
      <w:proofErr w:type="spellStart"/>
      <w:r w:rsidRPr="00446995">
        <w:rPr>
          <w:rStyle w:val="Enfasigrassetto"/>
          <w:rFonts w:ascii="Times New Roman" w:hAnsi="Times New Roman" w:cs="Times New Roman"/>
        </w:rPr>
        <w:t>assenza</w:t>
      </w:r>
      <w:proofErr w:type="spellEnd"/>
      <w:r w:rsidRPr="00446995">
        <w:rPr>
          <w:rStyle w:val="Enfasigrassetto"/>
          <w:rFonts w:ascii="Times New Roman" w:hAnsi="Times New Roman" w:cs="Times New Roman"/>
        </w:rPr>
        <w:t>.</w:t>
      </w:r>
    </w:p>
    <w:p w:rsidR="007D40A0" w:rsidRPr="006E1CD8" w:rsidRDefault="00504A6A" w:rsidP="00504A6A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 xml:space="preserve">Si </w:t>
      </w:r>
      <w:proofErr w:type="spellStart"/>
      <w:r w:rsidRPr="006E1CD8">
        <w:rPr>
          <w:rFonts w:ascii="Times New Roman" w:hAnsi="Times New Roman" w:cs="Times New Roman"/>
          <w:sz w:val="22"/>
        </w:rPr>
        <w:t>richiama</w:t>
      </w:r>
      <w:proofErr w:type="spellEnd"/>
      <w:r w:rsidRPr="006E1CD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sz w:val="22"/>
        </w:rPr>
        <w:t>l’attenzione</w:t>
      </w:r>
      <w:proofErr w:type="spellEnd"/>
      <w:r w:rsidRPr="006E1CD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sz w:val="22"/>
        </w:rPr>
        <w:t>della</w:t>
      </w:r>
      <w:proofErr w:type="spellEnd"/>
      <w:r w:rsidRPr="006E1CD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sz w:val="22"/>
        </w:rPr>
        <w:t>famiglia</w:t>
      </w:r>
      <w:proofErr w:type="spellEnd"/>
      <w:r w:rsidRPr="006E1CD8">
        <w:rPr>
          <w:rFonts w:ascii="Times New Roman" w:hAnsi="Times New Roman" w:cs="Times New Roman"/>
          <w:sz w:val="22"/>
        </w:rPr>
        <w:t xml:space="preserve"> sull’importanza di una frequenza scolastica regolare e continuativa, necessaria per garantire la piena partecipazione alle attività educative e didattiche, la continuità degli apprendimenti e il successo formativo dell’alunno/a, nonché per assicurare il regolare adempimento dell’obbligo di istruzione.</w:t>
      </w:r>
    </w:p>
    <w:p w:rsidR="007D40A0" w:rsidRPr="006E1CD8" w:rsidRDefault="00504A6A" w:rsidP="00504A6A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>Si fa altresì presente che una frequenza discontinua, determinata da assenze reiterate, nonché da frequenti ingressi posticipati e/o uscite anticipate, può incidere negativamente sulla continuità del percorso di apprendimento e sulla partecipazione alle attività didattiche.</w:t>
      </w:r>
    </w:p>
    <w:p w:rsidR="006E1CD8" w:rsidRDefault="006E1CD8">
      <w:pPr>
        <w:spacing w:after="80" w:line="240" w:lineRule="auto"/>
        <w:rPr>
          <w:rFonts w:ascii="Times New Roman" w:hAnsi="Times New Roman" w:cs="Times New Roman"/>
          <w:b/>
          <w:sz w:val="22"/>
        </w:rPr>
      </w:pPr>
    </w:p>
    <w:p w:rsidR="007D40A0" w:rsidRPr="006E1CD8" w:rsidRDefault="00504A6A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b/>
          <w:sz w:val="22"/>
        </w:rPr>
        <w:t>PER LA SCUOLA PRIMARIA</w:t>
      </w:r>
    </w:p>
    <w:p w:rsidR="007D40A0" w:rsidRPr="006E1CD8" w:rsidRDefault="00504A6A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>Si richiama la famiglia alla necessità di assicurare la regolare frequenza scolastica dell’alunno/a, anche in relazione agli obblighi di vigilanza sull’adempimento dell’obbligo di istruzione previsti dalla normativa vigente.</w:t>
      </w:r>
    </w:p>
    <w:p w:rsidR="007D40A0" w:rsidRPr="006E1CD8" w:rsidRDefault="00504A6A" w:rsidP="006E1CD8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>La situazione sarà pertanto oggetto di monitoraggio da parte della scuola secondo le procedure adottate dall’Istituto.</w:t>
      </w:r>
    </w:p>
    <w:p w:rsidR="006E1CD8" w:rsidRDefault="006E1CD8" w:rsidP="006E1CD8">
      <w:pPr>
        <w:spacing w:after="80" w:line="240" w:lineRule="auto"/>
        <w:jc w:val="both"/>
        <w:rPr>
          <w:rFonts w:ascii="Times New Roman" w:hAnsi="Times New Roman" w:cs="Times New Roman"/>
          <w:b/>
          <w:sz w:val="22"/>
        </w:rPr>
      </w:pPr>
    </w:p>
    <w:p w:rsidR="007D40A0" w:rsidRPr="006E1CD8" w:rsidRDefault="00504A6A" w:rsidP="006E1CD8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b/>
          <w:sz w:val="22"/>
        </w:rPr>
        <w:t>PER LA SCUOLA SECONDARIA DI I GRADO</w:t>
      </w:r>
    </w:p>
    <w:p w:rsidR="007D40A0" w:rsidRPr="006E1CD8" w:rsidRDefault="00504A6A" w:rsidP="006E1CD8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>Si ricorda che, ai sensi dell’art. 5 del D.Lgs. n. 62/2017, ai fini della validità dell’anno scolastico e della valutazione finale è richiesta la frequenza di almeno tre quarti del monte ore annuale personalizzato, fatte salve le motivate deroghe deliberate dal Collegio dei docenti per casi eccezionali e congruamente documentati, purché la frequenza effettuata fornisca al Consiglio di classe sufficienti elementi per procedere alla valutazione.</w:t>
      </w:r>
    </w:p>
    <w:p w:rsidR="007D40A0" w:rsidRPr="006E1CD8" w:rsidRDefault="00504A6A" w:rsidP="006E1CD8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b/>
          <w:sz w:val="22"/>
        </w:rPr>
        <w:t xml:space="preserve">Alla data della presente comunicazione, l’alunno/a ha accumulato: </w:t>
      </w:r>
      <w:r w:rsidRPr="006E1CD8">
        <w:rPr>
          <w:rFonts w:ascii="Times New Roman" w:hAnsi="Times New Roman" w:cs="Times New Roman"/>
          <w:sz w:val="22"/>
        </w:rPr>
        <w:t>n. ______ ore di assenza su un limite massimo di n. ______ ore, determinato in relazione all’orario annuale personalizzato del percorso frequentato.</w:t>
      </w:r>
    </w:p>
    <w:p w:rsidR="007D40A0" w:rsidRPr="006E1CD8" w:rsidRDefault="00504A6A" w:rsidP="006E1CD8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>Il mancato raggiungimento del limite minimo di frequenza, in assenza delle condizioni previste per l’applicazione delle deroghe deliberate dal Collegio dei docenti con Delibera n. 7 del 2 settembre 2026, comporta la non validità dell’anno scolastico e, conseguentemente, la non ammissione alla classe successiva o all’esame di Stato conclusivo del primo ciclo di istruzione.</w:t>
      </w:r>
    </w:p>
    <w:p w:rsidR="007D40A0" w:rsidRPr="006E1CD8" w:rsidRDefault="00504A6A" w:rsidP="006E1CD8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6E1CD8">
        <w:rPr>
          <w:rFonts w:ascii="Times New Roman" w:hAnsi="Times New Roman" w:cs="Times New Roman"/>
          <w:sz w:val="22"/>
        </w:rPr>
        <w:t>Alla</w:t>
      </w:r>
      <w:proofErr w:type="spellEnd"/>
      <w:r w:rsidRPr="006E1CD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sz w:val="22"/>
        </w:rPr>
        <w:t>luce</w:t>
      </w:r>
      <w:proofErr w:type="spellEnd"/>
      <w:r w:rsidRPr="006E1CD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sz w:val="22"/>
        </w:rPr>
        <w:t>di</w:t>
      </w:r>
      <w:proofErr w:type="spellEnd"/>
      <w:r w:rsidRPr="006E1CD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sz w:val="22"/>
        </w:rPr>
        <w:t>quanto</w:t>
      </w:r>
      <w:proofErr w:type="spellEnd"/>
      <w:r w:rsidRPr="006E1CD8">
        <w:rPr>
          <w:rFonts w:ascii="Times New Roman" w:hAnsi="Times New Roman" w:cs="Times New Roman"/>
          <w:sz w:val="22"/>
        </w:rPr>
        <w:t xml:space="preserve"> sopra, si richiede la massima collaborazione della famiglia affinché l’alunno/a assicuri una frequenza maggiormente regolare e continuativa, limitando altresì gli ingressi posticipati e le uscite anticipate ai soli casi di effettiva necessità.</w:t>
      </w:r>
    </w:p>
    <w:p w:rsidR="007D40A0" w:rsidRPr="006E1CD8" w:rsidRDefault="00504A6A" w:rsidP="006E1CD8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>Si invita la famiglia a monitorare con regolarità la situazione delle assenze tramite il Registro elettronico e, ove ricorrano condizioni che possano assumere rilevanza ai fini delle deroghe previste per la Scuola secondaria di I grado, a produrre tempestivamente la relativa documentazione secondo le modalità comunicate dall’Istituto.</w:t>
      </w:r>
    </w:p>
    <w:p w:rsidR="007D40A0" w:rsidRPr="00FC1F0B" w:rsidRDefault="00504A6A" w:rsidP="006E1CD8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FC1F0B">
        <w:rPr>
          <w:rFonts w:ascii="Times New Roman" w:hAnsi="Times New Roman" w:cs="Times New Roman"/>
          <w:sz w:val="22"/>
        </w:rPr>
        <w:t xml:space="preserve">Per quanto concerne la </w:t>
      </w:r>
      <w:proofErr w:type="spellStart"/>
      <w:r w:rsidRPr="00FC1F0B">
        <w:rPr>
          <w:rFonts w:ascii="Times New Roman" w:hAnsi="Times New Roman" w:cs="Times New Roman"/>
          <w:sz w:val="22"/>
        </w:rPr>
        <w:t>giustificazione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C1F0B">
        <w:rPr>
          <w:rFonts w:ascii="Times New Roman" w:hAnsi="Times New Roman" w:cs="Times New Roman"/>
          <w:sz w:val="22"/>
        </w:rPr>
        <w:t>delle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C1F0B">
        <w:rPr>
          <w:rFonts w:ascii="Times New Roman" w:hAnsi="Times New Roman" w:cs="Times New Roman"/>
          <w:sz w:val="22"/>
        </w:rPr>
        <w:t>assenze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e la </w:t>
      </w:r>
      <w:proofErr w:type="spellStart"/>
      <w:r w:rsidRPr="00FC1F0B">
        <w:rPr>
          <w:rFonts w:ascii="Times New Roman" w:hAnsi="Times New Roman" w:cs="Times New Roman"/>
          <w:sz w:val="22"/>
        </w:rPr>
        <w:t>riammissione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a </w:t>
      </w:r>
      <w:proofErr w:type="spellStart"/>
      <w:r w:rsidRPr="00FC1F0B">
        <w:rPr>
          <w:rFonts w:ascii="Times New Roman" w:hAnsi="Times New Roman" w:cs="Times New Roman"/>
          <w:sz w:val="22"/>
        </w:rPr>
        <w:t>scuola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C1F0B">
        <w:rPr>
          <w:rFonts w:ascii="Times New Roman" w:hAnsi="Times New Roman" w:cs="Times New Roman"/>
          <w:sz w:val="22"/>
        </w:rPr>
        <w:t>dopo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C1F0B">
        <w:rPr>
          <w:rFonts w:ascii="Times New Roman" w:hAnsi="Times New Roman" w:cs="Times New Roman"/>
          <w:sz w:val="22"/>
        </w:rPr>
        <w:t>assenza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per </w:t>
      </w:r>
      <w:proofErr w:type="spellStart"/>
      <w:r w:rsidRPr="00FC1F0B">
        <w:rPr>
          <w:rFonts w:ascii="Times New Roman" w:hAnsi="Times New Roman" w:cs="Times New Roman"/>
          <w:sz w:val="22"/>
        </w:rPr>
        <w:t>malattia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FC1F0B">
        <w:rPr>
          <w:rFonts w:ascii="Times New Roman" w:hAnsi="Times New Roman" w:cs="Times New Roman"/>
          <w:sz w:val="22"/>
        </w:rPr>
        <w:t>si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C1F0B">
        <w:rPr>
          <w:rFonts w:ascii="Times New Roman" w:hAnsi="Times New Roman" w:cs="Times New Roman"/>
          <w:sz w:val="22"/>
        </w:rPr>
        <w:t>rinvia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C1F0B">
        <w:rPr>
          <w:rFonts w:ascii="Times New Roman" w:hAnsi="Times New Roman" w:cs="Times New Roman"/>
          <w:sz w:val="22"/>
        </w:rPr>
        <w:t>alle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C1F0B">
        <w:rPr>
          <w:rFonts w:ascii="Times New Roman" w:hAnsi="Times New Roman" w:cs="Times New Roman"/>
          <w:sz w:val="22"/>
        </w:rPr>
        <w:t>disposizioni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</w:t>
      </w:r>
      <w:r w:rsidR="0070342D" w:rsidRPr="00FC1F0B">
        <w:rPr>
          <w:rFonts w:ascii="Times New Roman" w:hAnsi="Times New Roman" w:cs="Times New Roman"/>
          <w:sz w:val="22"/>
        </w:rPr>
        <w:t xml:space="preserve">emanate </w:t>
      </w:r>
      <w:proofErr w:type="spellStart"/>
      <w:r w:rsidRPr="00FC1F0B">
        <w:rPr>
          <w:rFonts w:ascii="Times New Roman" w:hAnsi="Times New Roman" w:cs="Times New Roman"/>
          <w:sz w:val="22"/>
        </w:rPr>
        <w:t>dall’Istituto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con </w:t>
      </w:r>
      <w:proofErr w:type="spellStart"/>
      <w:r w:rsidRPr="00FC1F0B">
        <w:rPr>
          <w:rFonts w:ascii="Times New Roman" w:hAnsi="Times New Roman" w:cs="Times New Roman"/>
          <w:sz w:val="22"/>
        </w:rPr>
        <w:t>apposita</w:t>
      </w:r>
      <w:proofErr w:type="spellEnd"/>
      <w:r w:rsidRPr="00FC1F0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C1F0B">
        <w:rPr>
          <w:rFonts w:ascii="Times New Roman" w:hAnsi="Times New Roman" w:cs="Times New Roman"/>
          <w:sz w:val="22"/>
        </w:rPr>
        <w:t>circolare</w:t>
      </w:r>
      <w:proofErr w:type="spellEnd"/>
      <w:r w:rsidR="006E1CD8" w:rsidRPr="00FC1F0B">
        <w:rPr>
          <w:rFonts w:ascii="Times New Roman" w:hAnsi="Times New Roman" w:cs="Times New Roman"/>
          <w:sz w:val="22"/>
        </w:rPr>
        <w:t xml:space="preserve"> </w:t>
      </w:r>
      <w:proofErr w:type="spellStart"/>
      <w:r w:rsidR="006E1CD8" w:rsidRPr="00FC1F0B">
        <w:rPr>
          <w:rFonts w:ascii="Times New Roman" w:hAnsi="Times New Roman" w:cs="Times New Roman"/>
          <w:sz w:val="22"/>
        </w:rPr>
        <w:t>prot</w:t>
      </w:r>
      <w:proofErr w:type="spellEnd"/>
      <w:r w:rsidR="006E1CD8" w:rsidRPr="00FC1F0B">
        <w:rPr>
          <w:rFonts w:ascii="Times New Roman" w:hAnsi="Times New Roman" w:cs="Times New Roman"/>
          <w:sz w:val="22"/>
        </w:rPr>
        <w:t xml:space="preserve">. n. </w:t>
      </w:r>
      <w:r w:rsidR="00FC1F0B" w:rsidRPr="00FC1F0B">
        <w:rPr>
          <w:rFonts w:ascii="Times New Roman" w:hAnsi="Times New Roman" w:cs="Times New Roman"/>
          <w:sz w:val="22"/>
        </w:rPr>
        <w:t xml:space="preserve">12455 </w:t>
      </w:r>
      <w:r w:rsidR="006E1CD8" w:rsidRPr="00FC1F0B">
        <w:rPr>
          <w:rFonts w:ascii="Times New Roman" w:hAnsi="Times New Roman" w:cs="Times New Roman"/>
          <w:sz w:val="22"/>
        </w:rPr>
        <w:t>del</w:t>
      </w:r>
      <w:r w:rsidR="00FC1F0B" w:rsidRPr="00FC1F0B">
        <w:rPr>
          <w:rFonts w:ascii="Times New Roman" w:hAnsi="Times New Roman" w:cs="Times New Roman"/>
          <w:sz w:val="22"/>
        </w:rPr>
        <w:t xml:space="preserve"> 04/09/2026</w:t>
      </w:r>
      <w:r w:rsidRPr="00FC1F0B">
        <w:rPr>
          <w:rFonts w:ascii="Times New Roman" w:hAnsi="Times New Roman" w:cs="Times New Roman"/>
          <w:sz w:val="22"/>
        </w:rPr>
        <w:t xml:space="preserve"> per </w:t>
      </w:r>
      <w:proofErr w:type="spellStart"/>
      <w:r w:rsidRPr="00FC1F0B">
        <w:rPr>
          <w:rFonts w:ascii="Times New Roman" w:hAnsi="Times New Roman" w:cs="Times New Roman"/>
          <w:sz w:val="22"/>
        </w:rPr>
        <w:t>l’a.s</w:t>
      </w:r>
      <w:proofErr w:type="spellEnd"/>
      <w:r w:rsidRPr="00FC1F0B">
        <w:rPr>
          <w:rFonts w:ascii="Times New Roman" w:hAnsi="Times New Roman" w:cs="Times New Roman"/>
          <w:sz w:val="22"/>
        </w:rPr>
        <w:t>. 2026/2027.</w:t>
      </w:r>
    </w:p>
    <w:p w:rsidR="007D40A0" w:rsidRPr="006E1CD8" w:rsidRDefault="00504A6A" w:rsidP="006E1CD8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FC1F0B">
        <w:rPr>
          <w:rFonts w:ascii="Times New Roman" w:hAnsi="Times New Roman" w:cs="Times New Roman"/>
          <w:sz w:val="22"/>
        </w:rPr>
        <w:t>Fiduciosa nella consueta e fattiva collaborazione, porgo cordiali saluti.</w:t>
      </w:r>
    </w:p>
    <w:p w:rsidR="006E1CD8" w:rsidRDefault="00504A6A">
      <w:pPr>
        <w:spacing w:after="8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E1CD8">
        <w:rPr>
          <w:rFonts w:ascii="Times New Roman" w:hAnsi="Times New Roman" w:cs="Times New Roman"/>
          <w:b/>
          <w:sz w:val="22"/>
        </w:rPr>
        <w:lastRenderedPageBreak/>
        <w:t>IL DIRIGENTE SCOLASTICO</w:t>
      </w:r>
      <w:r w:rsidRPr="006E1CD8">
        <w:rPr>
          <w:rFonts w:ascii="Times New Roman" w:hAnsi="Times New Roman" w:cs="Times New Roman"/>
          <w:b/>
          <w:sz w:val="22"/>
        </w:rPr>
        <w:br/>
        <w:t>Prof.ssa Emelde Melucci</w:t>
      </w:r>
      <w:r w:rsidRPr="006E1CD8">
        <w:rPr>
          <w:rFonts w:ascii="Times New Roman" w:hAnsi="Times New Roman" w:cs="Times New Roman"/>
        </w:rPr>
        <w:br/>
      </w:r>
      <w:r w:rsidRPr="006E1CD8">
        <w:rPr>
          <w:rFonts w:ascii="Times New Roman" w:hAnsi="Times New Roman" w:cs="Times New Roman"/>
          <w:sz w:val="16"/>
          <w:szCs w:val="16"/>
        </w:rPr>
        <w:t xml:space="preserve">Firma autografa sostituita a mezzo stampa </w:t>
      </w:r>
    </w:p>
    <w:p w:rsidR="007D40A0" w:rsidRPr="006E1CD8" w:rsidRDefault="00504A6A">
      <w:pPr>
        <w:spacing w:after="80" w:line="240" w:lineRule="auto"/>
        <w:jc w:val="right"/>
        <w:rPr>
          <w:rFonts w:ascii="Times New Roman" w:hAnsi="Times New Roman" w:cs="Times New Roman"/>
        </w:rPr>
      </w:pPr>
      <w:proofErr w:type="spellStart"/>
      <w:r w:rsidRPr="006E1CD8">
        <w:rPr>
          <w:rFonts w:ascii="Times New Roman" w:hAnsi="Times New Roman" w:cs="Times New Roman"/>
          <w:sz w:val="16"/>
          <w:szCs w:val="16"/>
        </w:rPr>
        <w:t>ai</w:t>
      </w:r>
      <w:proofErr w:type="spellEnd"/>
      <w:r w:rsidRPr="006E1CD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E1CD8">
        <w:rPr>
          <w:rFonts w:ascii="Times New Roman" w:hAnsi="Times New Roman" w:cs="Times New Roman"/>
          <w:sz w:val="16"/>
          <w:szCs w:val="16"/>
        </w:rPr>
        <w:t>sensi</w:t>
      </w:r>
      <w:proofErr w:type="spellEnd"/>
      <w:r w:rsidRPr="006E1CD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E1CD8">
        <w:rPr>
          <w:rFonts w:ascii="Times New Roman" w:hAnsi="Times New Roman" w:cs="Times New Roman"/>
          <w:sz w:val="16"/>
          <w:szCs w:val="16"/>
        </w:rPr>
        <w:t>dell’art</w:t>
      </w:r>
      <w:proofErr w:type="spellEnd"/>
      <w:r w:rsidRPr="006E1CD8">
        <w:rPr>
          <w:rFonts w:ascii="Times New Roman" w:hAnsi="Times New Roman" w:cs="Times New Roman"/>
          <w:sz w:val="16"/>
          <w:szCs w:val="16"/>
        </w:rPr>
        <w:t>. 3, comma 2, del D.Lgs. n. 39/1993</w:t>
      </w:r>
    </w:p>
    <w:p w:rsidR="006E1CD8" w:rsidRDefault="006E1CD8">
      <w:pPr>
        <w:spacing w:after="80" w:line="240" w:lineRule="auto"/>
        <w:rPr>
          <w:rFonts w:ascii="Times New Roman" w:hAnsi="Times New Roman" w:cs="Times New Roman"/>
          <w:b/>
        </w:rPr>
      </w:pPr>
    </w:p>
    <w:p w:rsidR="006E1CD8" w:rsidRDefault="006E1CD8">
      <w:pPr>
        <w:spacing w:after="80" w:line="240" w:lineRule="auto"/>
        <w:rPr>
          <w:rFonts w:ascii="Times New Roman" w:hAnsi="Times New Roman" w:cs="Times New Roman"/>
          <w:b/>
        </w:rPr>
      </w:pPr>
    </w:p>
    <w:p w:rsidR="007D40A0" w:rsidRPr="006E1CD8" w:rsidRDefault="00504A6A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b/>
          <w:sz w:val="22"/>
        </w:rPr>
        <w:t>PER AVVENUTA NOTIFICA</w:t>
      </w:r>
    </w:p>
    <w:p w:rsidR="007D40A0" w:rsidRPr="006E1CD8" w:rsidRDefault="00504A6A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>La presente comunicazione dovrà essere restituita debitamente firmata e datata tramite Registro elettronico e sarà acquisita agli atti dell’Istituto.</w:t>
      </w:r>
    </w:p>
    <w:p w:rsidR="007D40A0" w:rsidRPr="006E1CD8" w:rsidRDefault="00504A6A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t>Data __________________</w:t>
      </w:r>
    </w:p>
    <w:p w:rsidR="007D40A0" w:rsidRDefault="00504A6A" w:rsidP="006E1CD8">
      <w:pPr>
        <w:spacing w:after="80" w:line="240" w:lineRule="auto"/>
        <w:jc w:val="right"/>
        <w:rPr>
          <w:rFonts w:ascii="Times New Roman" w:hAnsi="Times New Roman" w:cs="Times New Roman"/>
          <w:b/>
          <w:sz w:val="22"/>
        </w:rPr>
      </w:pPr>
      <w:r w:rsidRPr="006E1CD8">
        <w:rPr>
          <w:rFonts w:ascii="Times New Roman" w:hAnsi="Times New Roman" w:cs="Times New Roman"/>
          <w:b/>
          <w:sz w:val="22"/>
        </w:rPr>
        <w:t xml:space="preserve">Firma del </w:t>
      </w:r>
      <w:proofErr w:type="spellStart"/>
      <w:r w:rsidRPr="006E1CD8">
        <w:rPr>
          <w:rFonts w:ascii="Times New Roman" w:hAnsi="Times New Roman" w:cs="Times New Roman"/>
          <w:b/>
          <w:sz w:val="22"/>
        </w:rPr>
        <w:t>genitore</w:t>
      </w:r>
      <w:proofErr w:type="spellEnd"/>
      <w:r w:rsidRPr="006E1CD8">
        <w:rPr>
          <w:rFonts w:ascii="Times New Roman" w:hAnsi="Times New Roman" w:cs="Times New Roman"/>
          <w:b/>
          <w:sz w:val="22"/>
        </w:rPr>
        <w:t>/</w:t>
      </w:r>
      <w:proofErr w:type="spellStart"/>
      <w:r w:rsidRPr="006E1CD8">
        <w:rPr>
          <w:rFonts w:ascii="Times New Roman" w:hAnsi="Times New Roman" w:cs="Times New Roman"/>
          <w:b/>
          <w:sz w:val="22"/>
        </w:rPr>
        <w:t>tutore</w:t>
      </w:r>
      <w:proofErr w:type="spellEnd"/>
      <w:r w:rsidRPr="006E1CD8">
        <w:rPr>
          <w:rFonts w:ascii="Times New Roman" w:hAnsi="Times New Roman" w:cs="Times New Roman"/>
          <w:b/>
          <w:sz w:val="22"/>
        </w:rPr>
        <w:t>/</w:t>
      </w:r>
      <w:proofErr w:type="spellStart"/>
      <w:r w:rsidRPr="006E1CD8">
        <w:rPr>
          <w:rFonts w:ascii="Times New Roman" w:hAnsi="Times New Roman" w:cs="Times New Roman"/>
          <w:b/>
          <w:sz w:val="22"/>
        </w:rPr>
        <w:t>affidatario</w:t>
      </w:r>
      <w:proofErr w:type="spellEnd"/>
      <w:r w:rsidRPr="006E1CD8">
        <w:rPr>
          <w:rFonts w:ascii="Times New Roman" w:hAnsi="Times New Roman" w:cs="Times New Roman"/>
          <w:b/>
          <w:sz w:val="22"/>
        </w:rPr>
        <w:t xml:space="preserve"> per </w:t>
      </w:r>
      <w:proofErr w:type="spellStart"/>
      <w:r w:rsidRPr="006E1CD8">
        <w:rPr>
          <w:rFonts w:ascii="Times New Roman" w:hAnsi="Times New Roman" w:cs="Times New Roman"/>
          <w:b/>
          <w:sz w:val="22"/>
        </w:rPr>
        <w:t>avvenuta</w:t>
      </w:r>
      <w:proofErr w:type="spellEnd"/>
      <w:r w:rsidRPr="006E1CD8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E1CD8">
        <w:rPr>
          <w:rFonts w:ascii="Times New Roman" w:hAnsi="Times New Roman" w:cs="Times New Roman"/>
          <w:b/>
          <w:sz w:val="22"/>
        </w:rPr>
        <w:t>notifica</w:t>
      </w:r>
      <w:proofErr w:type="spellEnd"/>
    </w:p>
    <w:p w:rsidR="006E1CD8" w:rsidRPr="006E1CD8" w:rsidRDefault="006E1CD8" w:rsidP="006E1CD8">
      <w:pPr>
        <w:spacing w:after="80" w:line="240" w:lineRule="auto"/>
        <w:jc w:val="righ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-----------------------------------------------------------------------</w:t>
      </w:r>
    </w:p>
    <w:p w:rsidR="007D40A0" w:rsidRPr="006E1CD8" w:rsidRDefault="00504A6A" w:rsidP="006E1CD8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6E1CD8">
        <w:rPr>
          <w:rFonts w:ascii="Times New Roman" w:hAnsi="Times New Roman" w:cs="Times New Roman"/>
          <w:sz w:val="22"/>
        </w:rPr>
        <w:br/>
      </w:r>
    </w:p>
    <w:sectPr w:rsidR="007D40A0" w:rsidRPr="006E1CD8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>
    <w:useFELayout/>
  </w:compat>
  <w:rsids>
    <w:rsidRoot w:val="00B47730"/>
    <w:rsid w:val="00034616"/>
    <w:rsid w:val="0006063C"/>
    <w:rsid w:val="0015074B"/>
    <w:rsid w:val="0024275E"/>
    <w:rsid w:val="00260DBF"/>
    <w:rsid w:val="0029639D"/>
    <w:rsid w:val="00326F90"/>
    <w:rsid w:val="00446995"/>
    <w:rsid w:val="00504A6A"/>
    <w:rsid w:val="006E1CD8"/>
    <w:rsid w:val="0070342D"/>
    <w:rsid w:val="007D40A0"/>
    <w:rsid w:val="008302BC"/>
    <w:rsid w:val="009F343B"/>
    <w:rsid w:val="00A87026"/>
    <w:rsid w:val="00AA1D8D"/>
    <w:rsid w:val="00B47730"/>
    <w:rsid w:val="00B75A88"/>
    <w:rsid w:val="00B87027"/>
    <w:rsid w:val="00CB0664"/>
    <w:rsid w:val="00FC1F0B"/>
    <w:rsid w:val="00FC693F"/>
    <w:rsid w:val="00FE7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uiPriority w:val="99"/>
    <w:semiHidden/>
    <w:unhideWhenUsed/>
    <w:rsid w:val="006E1C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880F2B-B3CC-4CE8-A686-9F0FE87E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Utente</cp:lastModifiedBy>
  <cp:revision>2</cp:revision>
  <dcterms:created xsi:type="dcterms:W3CDTF">2026-09-04T08:56:00Z</dcterms:created>
  <dcterms:modified xsi:type="dcterms:W3CDTF">2026-09-04T08:56:00Z</dcterms:modified>
</cp:coreProperties>
</file>